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TERMS &amp; CONDITIONS – JAGAFRIQUE AFRICA SAFARIS (KENYA)</w:t>
      </w:r>
    </w:p>
    <w:p/>
    <w:p>
      <w:r>
        <w:t>Company Name: Jagafrique Africa Safaris</w:t>
      </w:r>
    </w:p>
    <w:p>
      <w:r>
        <w:t>Country of Operation: Kenya</w:t>
      </w:r>
    </w:p>
    <w:p>
      <w:r>
        <w:t>Effective Date: ____________</w:t>
      </w:r>
    </w:p>
    <w:p/>
    <w:p>
      <w:r>
        <w:t>1. BOOKINGS &amp; CONFIRMATION</w:t>
      </w:r>
    </w:p>
    <w:p>
      <w:r>
        <w:t>All bookings must be made in writing (WhatsApp, email, or website).</w:t>
      </w:r>
    </w:p>
    <w:p>
      <w:r>
        <w:t>A deposit of 30–50% is required to confirm any booking.</w:t>
      </w:r>
    </w:p>
    <w:p>
      <w:r>
        <w:t>Full payment must be completed before the tour begins unless agreed otherwise.</w:t>
      </w:r>
    </w:p>
    <w:p>
      <w:r>
        <w:t>Bookings are only confirmed once payment is received.</w:t>
      </w:r>
    </w:p>
    <w:p/>
    <w:p>
      <w:r>
        <w:t>2. PAYMENTS</w:t>
      </w:r>
    </w:p>
    <w:p>
      <w:r>
        <w:t>Payments are accepted via M-Pesa, bank transfer, or cash (where applicable).</w:t>
      </w:r>
    </w:p>
    <w:p>
      <w:r>
        <w:t>Prices are quoted in Kenya Shillings (KES) or USD.</w:t>
      </w:r>
    </w:p>
    <w:p>
      <w:r>
        <w:t>Any transaction or bank charges are the responsibility of the client.</w:t>
      </w:r>
    </w:p>
    <w:p/>
    <w:p>
      <w:r>
        <w:t>3. CANCELLATION &amp; REFUND POLICY</w:t>
      </w:r>
    </w:p>
    <w:p>
      <w:r>
        <w:t>7 days or more before travel: Refund minus administrative fees.</w:t>
      </w:r>
    </w:p>
    <w:p>
      <w:r>
        <w:t>3–6 days before travel: 50% refund.</w:t>
      </w:r>
    </w:p>
    <w:p>
      <w:r>
        <w:t>Less than 48 hours before travel: No refund.</w:t>
      </w:r>
    </w:p>
    <w:p>
      <w:r>
        <w:t>No-show: No refund.</w:t>
      </w:r>
    </w:p>
    <w:p>
      <w:r>
        <w:t>Refunds (if applicable) will be processed within 7–14 working days.</w:t>
      </w:r>
    </w:p>
    <w:p/>
    <w:p>
      <w:r>
        <w:t>4. CHANGES TO ITINERARY</w:t>
      </w:r>
    </w:p>
    <w:p>
      <w:r>
        <w:t>Jagafrique Africa Safaris reserves the right to modify itineraries, accommodation, or activities due to operational or safety reasons.</w:t>
      </w:r>
    </w:p>
    <w:p>
      <w:r>
        <w:t>Clients will be informed of any significant changes where possible.</w:t>
      </w:r>
    </w:p>
    <w:p/>
    <w:p>
      <w:r>
        <w:t>5. TRAVEL INSURANCE</w:t>
      </w:r>
    </w:p>
    <w:p>
      <w:r>
        <w:t>Clients are strongly advised to obtain travel insurance covering medical emergencies, accidents, trip cancellation, and loss of personal items.</w:t>
      </w:r>
    </w:p>
    <w:p>
      <w:r>
        <w:t>The company shall not be liable for uninsured losses.</w:t>
      </w:r>
    </w:p>
    <w:p/>
    <w:p>
      <w:r>
        <w:t>6. HEALTH &amp; SAFETY</w:t>
      </w:r>
    </w:p>
    <w:p>
      <w:r>
        <w:t>Clients must disclose any medical conditions prior to travel.</w:t>
      </w:r>
    </w:p>
    <w:p>
      <w:r>
        <w:t>Participation in activities is at the client’s own risk.</w:t>
      </w:r>
    </w:p>
    <w:p>
      <w:r>
        <w:t>The company is not responsible for injury, illness, or death caused by wildlife, natural conditions, or third-party providers.</w:t>
      </w:r>
    </w:p>
    <w:p/>
    <w:p>
      <w:r>
        <w:t>7. LIABILITY DISCLAIMER</w:t>
      </w:r>
    </w:p>
    <w:p>
      <w:r>
        <w:t>Jagafrique Africa Safaris acts only as an agent for transport providers, accommodation, and tour operators.</w:t>
      </w:r>
    </w:p>
    <w:p>
      <w:r>
        <w:t>The company is not liable for delays, cancellations, loss of property, or accidents beyond its control.</w:t>
      </w:r>
    </w:p>
    <w:p/>
    <w:p>
      <w:r>
        <w:t>8. CLIENT CONDUCT</w:t>
      </w:r>
    </w:p>
    <w:p>
      <w:r>
        <w:t>Clients must respect local laws, culture, wildlife, and staff.</w:t>
      </w:r>
    </w:p>
    <w:p>
      <w:r>
        <w:t>The company reserves the right to terminate a tour without refund if a client behaves inappropriately or dangerously.</w:t>
      </w:r>
    </w:p>
    <w:p/>
    <w:p>
      <w:r>
        <w:t>9. PHOTOGRAPHY &amp; MEDIA</w:t>
      </w:r>
    </w:p>
    <w:p>
      <w:r>
        <w:t>Photos or videos taken during tours may be used for marketing purposes unless the client objects in writing.</w:t>
      </w:r>
    </w:p>
    <w:p/>
    <w:p>
      <w:r>
        <w:t>10. CHILDREN POLICY</w:t>
      </w:r>
    </w:p>
    <w:p>
      <w:r>
        <w:t>Children must be accompanied by a responsible adult.</w:t>
      </w:r>
    </w:p>
    <w:p>
      <w:r>
        <w:t>Some activities may have age restrictions for safety reasons.</w:t>
      </w:r>
    </w:p>
    <w:p/>
    <w:p>
      <w:r>
        <w:t>11. FORCE MAJEURE</w:t>
      </w:r>
    </w:p>
    <w:p>
      <w:r>
        <w:t>The company shall not be liable for failure to perform due to events beyond its control including natural disasters, government actions, or emergencies.</w:t>
      </w:r>
    </w:p>
    <w:p/>
    <w:p>
      <w:r>
        <w:t>12. GOVERNING LAW</w:t>
      </w:r>
    </w:p>
    <w:p>
      <w:r>
        <w:t>These Terms and Conditions are governed by the Laws of Kenya.</w:t>
      </w:r>
    </w:p>
    <w:p/>
    <w:p>
      <w:r>
        <w:t>13. ACCEPTANCE OF TERMS</w:t>
      </w:r>
    </w:p>
    <w:p>
      <w:r>
        <w:t>By booking with Jagafrique Africa Safaris, the client agrees to these Terms and Conditions.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